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696A" w14:textId="77777777" w:rsidR="007B6D82" w:rsidRPr="0093432B" w:rsidRDefault="00000000">
      <w:pPr>
        <w:jc w:val="center"/>
        <w:rPr>
          <w:rFonts w:ascii="Arial Narrow" w:hAnsi="Arial Narrow"/>
          <w:sz w:val="28"/>
          <w:szCs w:val="28"/>
        </w:rPr>
      </w:pPr>
      <w:r w:rsidRPr="0093432B">
        <w:rPr>
          <w:rFonts w:ascii="Arial Narrow" w:hAnsi="Arial Narrow"/>
          <w:b/>
          <w:sz w:val="28"/>
          <w:szCs w:val="28"/>
        </w:rPr>
        <w:t>FELLOWSHIP OF CHURCHES AND MINISTERS INTERNATIONAL</w:t>
      </w:r>
    </w:p>
    <w:p w14:paraId="24E6FCC6" w14:textId="43D22E91" w:rsidR="007B6D82" w:rsidRPr="0093432B" w:rsidRDefault="00B25AF4">
      <w:pPr>
        <w:jc w:val="center"/>
        <w:rPr>
          <w:rFonts w:ascii="Arial Narrow" w:hAnsi="Arial Narrow"/>
        </w:rPr>
      </w:pPr>
      <w:r w:rsidRPr="0093432B">
        <w:rPr>
          <w:rFonts w:ascii="Arial Narrow" w:hAnsi="Arial Narrow"/>
          <w:b/>
          <w:noProof/>
          <w:sz w:val="24"/>
          <w:szCs w:val="24"/>
        </w:rPr>
        <w:drawing>
          <wp:inline distT="0" distB="0" distL="0" distR="0" wp14:anchorId="440363A5" wp14:editId="0FBE4F91">
            <wp:extent cx="544542" cy="714375"/>
            <wp:effectExtent l="0" t="0" r="8255" b="0"/>
            <wp:docPr id="16044545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6" cy="7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32B">
        <w:rPr>
          <w:rFonts w:ascii="Arial Narrow" w:hAnsi="Arial Narrow"/>
          <w:b/>
          <w:sz w:val="28"/>
        </w:rPr>
        <w:br/>
      </w:r>
      <w:r w:rsidR="00000000" w:rsidRPr="0093432B">
        <w:rPr>
          <w:rFonts w:ascii="Arial Narrow" w:hAnsi="Arial Narrow"/>
          <w:b/>
          <w:sz w:val="28"/>
        </w:rPr>
        <w:t>MINISTER &amp; CHURCH AFFILIATION APPLICATION</w:t>
      </w:r>
    </w:p>
    <w:p w14:paraId="4C7BF5AC" w14:textId="77777777" w:rsidR="007B6D82" w:rsidRPr="0093432B" w:rsidRDefault="00000000">
      <w:pPr>
        <w:jc w:val="center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i/>
          <w:sz w:val="24"/>
          <w:szCs w:val="24"/>
        </w:rPr>
        <w:t>“Together, we can make Him known.”</w:t>
      </w:r>
    </w:p>
    <w:p w14:paraId="4A8C94BC" w14:textId="77777777" w:rsidR="007B6D82" w:rsidRPr="0093432B" w:rsidRDefault="00000000">
      <w:pPr>
        <w:rPr>
          <w:rFonts w:ascii="Arial Narrow" w:hAnsi="Arial Narrow"/>
        </w:rPr>
      </w:pPr>
      <w:r w:rsidRPr="0093432B">
        <w:rPr>
          <w:rFonts w:ascii="Arial Narrow" w:hAnsi="Arial Narrow"/>
          <w:b/>
          <w:sz w:val="24"/>
        </w:rPr>
        <w:t>WELCOME TO FCMI</w:t>
      </w:r>
    </w:p>
    <w:p w14:paraId="0E32D48E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The Fellowship of Churches and Ministers International (FCMI) exists to bring churches and ministers of like faith and order into fellowship under the sovereign Lordship of Jesus Christ. FCMI provides a place for fellowship, encouragement, accountability, and partnership for those committed to proclaiming the Gospel of Jesus Christ.</w:t>
      </w:r>
    </w:p>
    <w:p w14:paraId="4F110069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FCMI was established in 1978 to provide a way for churches and ministers to work together in the Kingdom of God and promote the work of our Lord Jesus Christ among the nations.</w:t>
      </w:r>
    </w:p>
    <w:p w14:paraId="5A499828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4"/>
        </w:rPr>
        <w:t>WHAT FCMI PROVIDES</w:t>
      </w:r>
    </w:p>
    <w:p w14:paraId="545F1278" w14:textId="5281B738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 xml:space="preserve">Annual ministerial credentials </w:t>
      </w:r>
      <w:r w:rsidR="00B25AF4" w:rsidRPr="0093432B">
        <w:rPr>
          <w:rFonts w:ascii="Arial Narrow" w:hAnsi="Arial Narrow"/>
          <w:sz w:val="24"/>
          <w:szCs w:val="24"/>
        </w:rPr>
        <w:t>are issued</w:t>
      </w:r>
      <w:r w:rsidRPr="0093432B">
        <w:rPr>
          <w:rFonts w:ascii="Arial Narrow" w:hAnsi="Arial Narrow"/>
          <w:sz w:val="24"/>
          <w:szCs w:val="24"/>
        </w:rPr>
        <w:t xml:space="preserve"> through a presbytery of ministry peers.</w:t>
      </w:r>
    </w:p>
    <w:p w14:paraId="5E545A90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Annual church credentials recognizing sound New Testament faith and practice.</w:t>
      </w:r>
    </w:p>
    <w:p w14:paraId="65231F66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Fellowship and connection with churches and ministers of like faith and order.</w:t>
      </w:r>
    </w:p>
    <w:p w14:paraId="0F788B23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Educational Zoom meetings and monthly fellowship opportunities.</w:t>
      </w:r>
    </w:p>
    <w:p w14:paraId="1E7E7397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Opportunities for theological education and discounted ministry education.</w:t>
      </w:r>
    </w:p>
    <w:p w14:paraId="74253255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Encouragement through monthly newsletters and shared ministry resources.</w:t>
      </w:r>
    </w:p>
    <w:p w14:paraId="5208D5D9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Opportunities for writing, publishing, and developing ministry resources.</w:t>
      </w:r>
    </w:p>
    <w:p w14:paraId="3800C01F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Guidance and support from the presbytery when pastoral transitions occur.</w:t>
      </w:r>
    </w:p>
    <w:p w14:paraId="0FD73A62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Opportunities for outside accountability and encouragement in ministry.</w:t>
      </w:r>
    </w:p>
    <w:p w14:paraId="4EE78244" w14:textId="77777777" w:rsidR="007B6D82" w:rsidRPr="0093432B" w:rsidRDefault="00000000">
      <w:pPr>
        <w:pStyle w:val="ListBullet"/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A broader network through which members can learn what God is doing beyond their local ministry.</w:t>
      </w:r>
    </w:p>
    <w:p w14:paraId="227D3B2E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FCMI does not exercise ecclesiastical authority or control over its member churches or ministers, and it does not ordain ministers. Ministerial status remains a function of the local church. FCMI may issue annual credentials as an acknowledgment of a minister's moral and ethical character and soundness in Biblical doctrine, based on its knowledge and review.</w:t>
      </w:r>
    </w:p>
    <w:p w14:paraId="39540A56" w14:textId="47821E09" w:rsidR="007B6D82" w:rsidRPr="0093432B" w:rsidRDefault="00000000">
      <w:pPr>
        <w:rPr>
          <w:rFonts w:ascii="Arial Narrow" w:hAnsi="Arial Narrow"/>
        </w:rPr>
      </w:pPr>
      <w:r w:rsidRPr="0093432B">
        <w:rPr>
          <w:rFonts w:ascii="Arial Narrow" w:hAnsi="Arial Narrow"/>
          <w:b/>
          <w:sz w:val="24"/>
        </w:rPr>
        <w:t>SCRIPTURAL FOUNDATION</w:t>
      </w:r>
    </w:p>
    <w:p w14:paraId="681D48AD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1 Corinthians 1:9 — “You were called into the fellowship of his Son, Jesus Christ our Lord.”</w:t>
      </w:r>
    </w:p>
    <w:p w14:paraId="4DC3D2E9" w14:textId="477ECABF" w:rsidR="00B25AF4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Romans 12:4–5 — “For just as each of us has one body with many members... so in Christ we, though many, form one body, and each member belongs to all the others.”</w:t>
      </w:r>
      <w:r w:rsidR="0093432B" w:rsidRPr="0093432B">
        <w:rPr>
          <w:rFonts w:ascii="Arial Narrow" w:hAnsi="Arial Narrow"/>
          <w:sz w:val="24"/>
          <w:szCs w:val="24"/>
        </w:rPr>
        <w:br/>
      </w:r>
    </w:p>
    <w:p w14:paraId="7E6AD28B" w14:textId="77777777" w:rsidR="0093432B" w:rsidRDefault="0093432B">
      <w:pPr>
        <w:rPr>
          <w:rFonts w:ascii="Arial Narrow" w:hAnsi="Arial Narrow"/>
          <w:b/>
          <w:sz w:val="24"/>
          <w:szCs w:val="24"/>
        </w:rPr>
      </w:pPr>
    </w:p>
    <w:p w14:paraId="5184080E" w14:textId="7BA4DACD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4"/>
          <w:szCs w:val="24"/>
        </w:rPr>
        <w:lastRenderedPageBreak/>
        <w:t>APPLICATION</w:t>
      </w:r>
    </w:p>
    <w:p w14:paraId="5135D262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Please complete the applicable sections below. Applications are submitted with a $50.00 fee for an individual minister or a $100.00 fee for a church/ministry organization. Applications should be completed in duplicate when required by FCMI.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7B6D82" w:rsidRPr="0093432B" w14:paraId="149EF31E" w14:textId="77777777">
        <w:trPr>
          <w:jc w:val="center"/>
        </w:trPr>
        <w:tc>
          <w:tcPr>
            <w:tcW w:w="5112" w:type="dxa"/>
            <w:vAlign w:val="center"/>
          </w:tcPr>
          <w:p w14:paraId="18D4D684" w14:textId="77777777" w:rsidR="007B6D82" w:rsidRPr="0093432B" w:rsidRDefault="00000000">
            <w:pPr>
              <w:spacing w:after="40"/>
              <w:rPr>
                <w:rFonts w:ascii="Arial Narrow" w:hAnsi="Arial Narrow"/>
                <w:sz w:val="24"/>
                <w:szCs w:val="24"/>
              </w:rPr>
            </w:pPr>
            <w:r w:rsidRPr="0093432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3432B">
              <w:rPr>
                <w:rFonts w:ascii="Arial Narrow" w:hAnsi="Arial Narrow"/>
                <w:sz w:val="24"/>
                <w:szCs w:val="24"/>
              </w:rPr>
              <w:t xml:space="preserve"> INDIVIDUAL MINISTER — $50.00</w:t>
            </w:r>
          </w:p>
        </w:tc>
        <w:tc>
          <w:tcPr>
            <w:tcW w:w="5112" w:type="dxa"/>
            <w:vAlign w:val="center"/>
          </w:tcPr>
          <w:p w14:paraId="3836426C" w14:textId="77777777" w:rsidR="007B6D82" w:rsidRPr="0093432B" w:rsidRDefault="00000000">
            <w:pPr>
              <w:spacing w:after="40"/>
              <w:rPr>
                <w:rFonts w:ascii="Arial Narrow" w:hAnsi="Arial Narrow"/>
                <w:sz w:val="24"/>
                <w:szCs w:val="24"/>
              </w:rPr>
            </w:pPr>
            <w:r w:rsidRPr="0093432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93432B">
              <w:rPr>
                <w:rFonts w:ascii="Arial Narrow" w:hAnsi="Arial Narrow"/>
                <w:sz w:val="24"/>
                <w:szCs w:val="24"/>
              </w:rPr>
              <w:t xml:space="preserve"> CHURCH / MINISTRY — $100.00</w:t>
            </w:r>
          </w:p>
        </w:tc>
      </w:tr>
      <w:tr w:rsidR="007B6D82" w:rsidRPr="0093432B" w14:paraId="25D967C9" w14:textId="77777777">
        <w:trPr>
          <w:jc w:val="center"/>
        </w:trPr>
        <w:tc>
          <w:tcPr>
            <w:tcW w:w="5112" w:type="dxa"/>
            <w:vAlign w:val="center"/>
          </w:tcPr>
          <w:p w14:paraId="30E17D1F" w14:textId="77777777" w:rsidR="007B6D82" w:rsidRPr="0093432B" w:rsidRDefault="00000000">
            <w:pPr>
              <w:spacing w:after="40"/>
              <w:rPr>
                <w:rFonts w:ascii="Arial Narrow" w:hAnsi="Arial Narrow"/>
                <w:sz w:val="24"/>
                <w:szCs w:val="24"/>
              </w:rPr>
            </w:pPr>
            <w:r w:rsidRPr="0093432B">
              <w:rPr>
                <w:rFonts w:ascii="Arial Narrow" w:hAnsi="Arial Narrow"/>
                <w:sz w:val="24"/>
                <w:szCs w:val="24"/>
              </w:rPr>
              <w:t>Date: ______________________________</w:t>
            </w:r>
          </w:p>
        </w:tc>
        <w:tc>
          <w:tcPr>
            <w:tcW w:w="5112" w:type="dxa"/>
            <w:vAlign w:val="center"/>
          </w:tcPr>
          <w:p w14:paraId="5589E314" w14:textId="77777777" w:rsidR="007B6D82" w:rsidRPr="0093432B" w:rsidRDefault="00000000">
            <w:pPr>
              <w:spacing w:after="40"/>
              <w:rPr>
                <w:rFonts w:ascii="Arial Narrow" w:hAnsi="Arial Narrow"/>
                <w:sz w:val="24"/>
                <w:szCs w:val="24"/>
              </w:rPr>
            </w:pPr>
            <w:r w:rsidRPr="0093432B">
              <w:rPr>
                <w:rFonts w:ascii="Arial Narrow" w:hAnsi="Arial Narrow"/>
                <w:sz w:val="24"/>
                <w:szCs w:val="24"/>
              </w:rPr>
              <w:t>Payment Received: __________________</w:t>
            </w:r>
          </w:p>
        </w:tc>
      </w:tr>
    </w:tbl>
    <w:p w14:paraId="206F449E" w14:textId="33E07FCD" w:rsidR="007B6D82" w:rsidRPr="0093432B" w:rsidRDefault="00B25AF4">
      <w:pPr>
        <w:rPr>
          <w:rFonts w:ascii="Arial Narrow" w:hAnsi="Arial Narrow"/>
        </w:rPr>
      </w:pPr>
      <w:r w:rsidRPr="0093432B">
        <w:rPr>
          <w:rFonts w:ascii="Arial Narrow" w:hAnsi="Arial Narrow"/>
          <w:b/>
          <w:sz w:val="26"/>
        </w:rPr>
        <w:br/>
      </w:r>
      <w:r w:rsidR="00000000" w:rsidRPr="0093432B">
        <w:rPr>
          <w:rFonts w:ascii="Arial Narrow" w:hAnsi="Arial Narrow"/>
          <w:b/>
          <w:sz w:val="26"/>
        </w:rPr>
        <w:t>1. APPLICANT INFORMATION</w:t>
      </w:r>
    </w:p>
    <w:p w14:paraId="67A81685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Full Name: ______________________________________________________________</w:t>
      </w:r>
    </w:p>
    <w:p w14:paraId="3674E434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Preferred Name: _________________________________________________________</w:t>
      </w:r>
    </w:p>
    <w:p w14:paraId="3D636A58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Phone Number: __________________________  Email: __________________________</w:t>
      </w:r>
    </w:p>
    <w:p w14:paraId="29F38870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Home Address: ____________________________________________________________</w:t>
      </w:r>
    </w:p>
    <w:p w14:paraId="7EC5FBB0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City: ______________________________  State: __________  ZIP: ______________</w:t>
      </w:r>
    </w:p>
    <w:p w14:paraId="0C558853" w14:textId="77777777" w:rsidR="007B6D82" w:rsidRPr="0093432B" w:rsidRDefault="00000000">
      <w:pPr>
        <w:rPr>
          <w:rFonts w:ascii="Arial Narrow" w:hAnsi="Arial Narrow"/>
        </w:rPr>
      </w:pPr>
      <w:r w:rsidRPr="0093432B">
        <w:rPr>
          <w:rFonts w:ascii="Arial Narrow" w:hAnsi="Arial Narrow"/>
          <w:b/>
          <w:sz w:val="26"/>
        </w:rPr>
        <w:t>2. MINISTERIAL INFORMATION</w:t>
      </w:r>
    </w:p>
    <w:p w14:paraId="485B9585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 xml:space="preserve">Current Ministerial Status:   </w:t>
      </w: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Ordained   </w:t>
      </w: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Licensed   </w:t>
      </w: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Other: ______________</w:t>
      </w:r>
    </w:p>
    <w:p w14:paraId="7C83E016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Date Ministerial Status Granted: ___________________________________________</w:t>
      </w:r>
    </w:p>
    <w:p w14:paraId="6A38A4D9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Church / Organization Granting or Recognizing Ministerial Status:</w:t>
      </w:r>
    </w:p>
    <w:p w14:paraId="1A191896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____________________________________________________________________________</w:t>
      </w:r>
    </w:p>
    <w:p w14:paraId="4FD100B7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Current Ministry / Church Name: ____________________________________________</w:t>
      </w:r>
    </w:p>
    <w:p w14:paraId="20155E99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Title / Ministry Position: __________________________________________________</w:t>
      </w:r>
    </w:p>
    <w:p w14:paraId="6EDADF8F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Ministry Address: _________________________________________________________</w:t>
      </w:r>
    </w:p>
    <w:p w14:paraId="5DBF51D4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City: ______________________________  State: __________  ZIP: ______________</w:t>
      </w:r>
    </w:p>
    <w:p w14:paraId="0FB32CFA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Please indicate the church or organization that currently recognizes your ministerial status. FCMI recognizes that ministerial status is a function of the local church and is not itself responsible for ordaining or licensing ministers.</w:t>
      </w:r>
    </w:p>
    <w:p w14:paraId="67D12911" w14:textId="267E6174" w:rsidR="007B6D82" w:rsidRPr="0093432B" w:rsidRDefault="00B25AF4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6"/>
        </w:rPr>
        <w:br/>
      </w:r>
      <w:r w:rsidRPr="0093432B">
        <w:rPr>
          <w:rFonts w:ascii="Arial Narrow" w:hAnsi="Arial Narrow"/>
          <w:b/>
          <w:sz w:val="26"/>
        </w:rPr>
        <w:br/>
      </w:r>
      <w:r w:rsidRPr="0093432B">
        <w:rPr>
          <w:rFonts w:ascii="Arial Narrow" w:hAnsi="Arial Narrow"/>
          <w:b/>
          <w:sz w:val="26"/>
        </w:rPr>
        <w:br/>
      </w:r>
      <w:r w:rsidRPr="0093432B">
        <w:rPr>
          <w:rFonts w:ascii="Arial Narrow" w:hAnsi="Arial Narrow"/>
          <w:b/>
          <w:sz w:val="26"/>
        </w:rPr>
        <w:br/>
      </w:r>
      <w:r w:rsidRPr="0093432B">
        <w:rPr>
          <w:rFonts w:ascii="Arial Narrow" w:hAnsi="Arial Narrow"/>
          <w:b/>
          <w:sz w:val="26"/>
        </w:rPr>
        <w:br/>
      </w:r>
      <w:r w:rsidR="0093432B">
        <w:rPr>
          <w:rFonts w:ascii="Arial Narrow" w:hAnsi="Arial Narrow"/>
          <w:b/>
          <w:sz w:val="26"/>
        </w:rPr>
        <w:lastRenderedPageBreak/>
        <w:br/>
      </w:r>
      <w:r w:rsidR="00000000" w:rsidRPr="0093432B">
        <w:rPr>
          <w:rFonts w:ascii="Arial Narrow" w:hAnsi="Arial Narrow"/>
          <w:b/>
          <w:sz w:val="26"/>
        </w:rPr>
        <w:t>3</w:t>
      </w:r>
      <w:r w:rsidR="00000000" w:rsidRPr="0093432B">
        <w:rPr>
          <w:rFonts w:ascii="Arial Narrow" w:hAnsi="Arial Narrow"/>
          <w:b/>
          <w:sz w:val="24"/>
          <w:szCs w:val="24"/>
        </w:rPr>
        <w:t>. CHURCH / MINISTRY INFORMATION</w:t>
      </w:r>
    </w:p>
    <w:p w14:paraId="5E215E7F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Church / Ministry Name: __________________________________________________</w:t>
      </w:r>
    </w:p>
    <w:p w14:paraId="41330880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Pastor / Ministry Leader: _________________________________________________</w:t>
      </w:r>
    </w:p>
    <w:p w14:paraId="5DD9F296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Phone: ______________________________  Email: ______________________________</w:t>
      </w:r>
    </w:p>
    <w:p w14:paraId="0D3C4767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 xml:space="preserve">Website / </w:t>
      </w:r>
      <w:proofErr w:type="gramStart"/>
      <w:r w:rsidRPr="0093432B">
        <w:rPr>
          <w:rFonts w:ascii="Arial Narrow" w:hAnsi="Arial Narrow"/>
          <w:sz w:val="24"/>
          <w:szCs w:val="24"/>
        </w:rPr>
        <w:t>Social Media</w:t>
      </w:r>
      <w:proofErr w:type="gramEnd"/>
      <w:r w:rsidRPr="0093432B">
        <w:rPr>
          <w:rFonts w:ascii="Arial Narrow" w:hAnsi="Arial Narrow"/>
          <w:sz w:val="24"/>
          <w:szCs w:val="24"/>
        </w:rPr>
        <w:t xml:space="preserve"> (optional): _________________________________________</w:t>
      </w:r>
    </w:p>
    <w:p w14:paraId="5C8BE4E7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Church / Ministry Address: _________________________________________________</w:t>
      </w:r>
    </w:p>
    <w:p w14:paraId="7DD94B61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City: ______________________________  State: __________  ZIP: ______________</w:t>
      </w:r>
    </w:p>
    <w:p w14:paraId="6D1AB9C2" w14:textId="77777777" w:rsidR="009D2532" w:rsidRPr="0093432B" w:rsidRDefault="009D2532">
      <w:pPr>
        <w:rPr>
          <w:rFonts w:ascii="Arial Narrow" w:hAnsi="Arial Narrow"/>
          <w:b/>
          <w:sz w:val="24"/>
          <w:szCs w:val="24"/>
        </w:rPr>
      </w:pPr>
    </w:p>
    <w:p w14:paraId="142DC3CC" w14:textId="78B5AF80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4"/>
          <w:szCs w:val="24"/>
        </w:rPr>
        <w:t>4. FCMI COVENANT &amp; PARTICIPATION</w:t>
      </w:r>
    </w:p>
    <w:p w14:paraId="3ABD30D1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Please check each statement to indicate your agreement:</w:t>
      </w:r>
    </w:p>
    <w:p w14:paraId="07069540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I have reviewed the FCMI Constitution and By-Laws and agree to abide by them.</w:t>
      </w:r>
    </w:p>
    <w:p w14:paraId="22986B21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I desire to participate in the fellowship and unity of the Holy Spirit and the bond of peace.</w:t>
      </w:r>
    </w:p>
    <w:p w14:paraId="4C529147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I will make every reasonable effort to be an active and supportive member of FCMI.</w:t>
      </w:r>
    </w:p>
    <w:p w14:paraId="169C24CA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I understand that FCMI does not exercise ecclesiastical authority or control over its members.</w:t>
      </w:r>
    </w:p>
    <w:p w14:paraId="7F3C249B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4"/>
          <w:szCs w:val="24"/>
        </w:rPr>
        <w:t>5. SIGNATURE</w:t>
      </w:r>
    </w:p>
    <w:p w14:paraId="41555C99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By signing below, I affirm that the information provided in this application is true and complete to the best of my knowledge and that I desire to participate in the fellowship of FCMI.</w:t>
      </w:r>
    </w:p>
    <w:p w14:paraId="02CE3107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Applicant Signature: __________________________________________    Date: __________________</w:t>
      </w:r>
    </w:p>
    <w:p w14:paraId="3B3B8C0C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b/>
          <w:sz w:val="24"/>
          <w:szCs w:val="24"/>
        </w:rPr>
        <w:t>FOR FCMI OFFICE USE ONLY</w:t>
      </w:r>
    </w:p>
    <w:p w14:paraId="76786C2B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Application Received: __________________________</w:t>
      </w:r>
    </w:p>
    <w:p w14:paraId="04DAAD3A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 xml:space="preserve">Fee Received:   </w:t>
      </w: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$50.00   </w:t>
      </w:r>
      <w:r w:rsidRPr="0093432B">
        <w:rPr>
          <w:rFonts w:ascii="Segoe UI Symbol" w:hAnsi="Segoe UI Symbol" w:cs="Segoe UI Symbol"/>
          <w:sz w:val="24"/>
          <w:szCs w:val="24"/>
        </w:rPr>
        <w:t>☐</w:t>
      </w:r>
      <w:r w:rsidRPr="0093432B">
        <w:rPr>
          <w:rFonts w:ascii="Arial Narrow" w:hAnsi="Arial Narrow"/>
          <w:sz w:val="24"/>
          <w:szCs w:val="24"/>
        </w:rPr>
        <w:t xml:space="preserve"> $100.00</w:t>
      </w:r>
    </w:p>
    <w:p w14:paraId="54344A6F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Reviewed By: __________________________________</w:t>
      </w:r>
    </w:p>
    <w:p w14:paraId="75185F49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Approval / Credential Date: _____________________</w:t>
      </w:r>
    </w:p>
    <w:p w14:paraId="430C60FD" w14:textId="77777777" w:rsidR="007B6D82" w:rsidRPr="0093432B" w:rsidRDefault="00000000">
      <w:pPr>
        <w:rPr>
          <w:rFonts w:ascii="Arial Narrow" w:hAnsi="Arial Narrow"/>
          <w:sz w:val="24"/>
          <w:szCs w:val="24"/>
        </w:rPr>
      </w:pPr>
      <w:r w:rsidRPr="0093432B">
        <w:rPr>
          <w:rFonts w:ascii="Arial Narrow" w:hAnsi="Arial Narrow"/>
          <w:sz w:val="24"/>
          <w:szCs w:val="24"/>
        </w:rPr>
        <w:t>Notes: ____________________________________________________________________</w:t>
      </w:r>
    </w:p>
    <w:sectPr w:rsidR="007B6D82" w:rsidRPr="0093432B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9553" w14:textId="77777777" w:rsidR="0097650A" w:rsidRDefault="0097650A">
      <w:pPr>
        <w:spacing w:after="0" w:line="240" w:lineRule="auto"/>
      </w:pPr>
      <w:r>
        <w:separator/>
      </w:r>
    </w:p>
  </w:endnote>
  <w:endnote w:type="continuationSeparator" w:id="0">
    <w:p w14:paraId="07F2AC7C" w14:textId="77777777" w:rsidR="0097650A" w:rsidRDefault="0097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9AB3" w14:textId="77777777" w:rsidR="007B6D82" w:rsidRDefault="00000000">
    <w:pPr>
      <w:pStyle w:val="Footer"/>
      <w:jc w:val="center"/>
    </w:pPr>
    <w:r>
      <w:t>Fellowship of Churches and Ministers International  •  Minister &amp; Church Affiliation Application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DC535" w14:textId="77777777" w:rsidR="0097650A" w:rsidRDefault="0097650A">
      <w:pPr>
        <w:spacing w:after="0" w:line="240" w:lineRule="auto"/>
      </w:pPr>
      <w:r>
        <w:separator/>
      </w:r>
    </w:p>
  </w:footnote>
  <w:footnote w:type="continuationSeparator" w:id="0">
    <w:p w14:paraId="2F463076" w14:textId="77777777" w:rsidR="0097650A" w:rsidRDefault="0097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9888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362EEB" w14:textId="55061F7A" w:rsidR="000B037C" w:rsidRDefault="000B037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942482" w14:textId="48F78F03" w:rsidR="007B6D82" w:rsidRDefault="007B6D8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117195">
    <w:abstractNumId w:val="8"/>
  </w:num>
  <w:num w:numId="2" w16cid:durableId="2048485395">
    <w:abstractNumId w:val="6"/>
  </w:num>
  <w:num w:numId="3" w16cid:durableId="70472403">
    <w:abstractNumId w:val="5"/>
  </w:num>
  <w:num w:numId="4" w16cid:durableId="1943412244">
    <w:abstractNumId w:val="4"/>
  </w:num>
  <w:num w:numId="5" w16cid:durableId="911889930">
    <w:abstractNumId w:val="7"/>
  </w:num>
  <w:num w:numId="6" w16cid:durableId="792334305">
    <w:abstractNumId w:val="3"/>
  </w:num>
  <w:num w:numId="7" w16cid:durableId="81146717">
    <w:abstractNumId w:val="2"/>
  </w:num>
  <w:num w:numId="8" w16cid:durableId="1249265081">
    <w:abstractNumId w:val="1"/>
  </w:num>
  <w:num w:numId="9" w16cid:durableId="23424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037C"/>
    <w:rsid w:val="0015074B"/>
    <w:rsid w:val="0029639D"/>
    <w:rsid w:val="00326F90"/>
    <w:rsid w:val="007B6D82"/>
    <w:rsid w:val="0093432B"/>
    <w:rsid w:val="0097650A"/>
    <w:rsid w:val="009D2532"/>
    <w:rsid w:val="00AA1D8D"/>
    <w:rsid w:val="00B25AF4"/>
    <w:rsid w:val="00B47730"/>
    <w:rsid w:val="00B81A28"/>
    <w:rsid w:val="00CB0664"/>
    <w:rsid w:val="00EA46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BAC0BC17-D841-4CA0-BB29-682674A2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Front Desk</cp:lastModifiedBy>
  <cp:revision>6</cp:revision>
  <dcterms:created xsi:type="dcterms:W3CDTF">2013-12-23T23:15:00Z</dcterms:created>
  <dcterms:modified xsi:type="dcterms:W3CDTF">2026-08-27T16:31:00Z</dcterms:modified>
  <cp:category/>
</cp:coreProperties>
</file>